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right"/>
      </w:pPr>
      <w:r>
        <w:rPr>
          <w:color w:val="5B6163"/>
          <w:sz w:val="16"/>
        </w:rPr>
        <w:t>[Name Ihres Büros] · [Strasse Nr.] · [PLZ Ort] · [Telefon] · [E-Mail]</w:t>
      </w:r>
    </w:p>
    <w:p>
      <w:pPr>
        <w:pStyle w:val="Title"/>
        <w:spacing w:after="40"/>
      </w:pPr>
      <w:r>
        <w:t>Protokoll Bausitzung Nr. [ ]</w:t>
      </w:r>
    </w:p>
    <w:p>
      <w:pPr>
        <w:pBdr>
          <w:bottom w:val="single" w:sz="8" w:space="4" w:color="16191A"/>
        </w:pBdr>
        <w:spacing w:after="120"/>
      </w:pPr>
      <w:r>
        <w:rPr>
          <w:sz w:val="22"/>
        </w:rPr>
        <w:t>[Projektname], [Ort]</w:t>
      </w:r>
    </w:p>
    <w:p>
      <w:pPr>
        <w:pStyle w:val="Heading1"/>
      </w:pPr>
      <w:r>
        <w:t>Sitzung</w:t>
      </w:r>
    </w:p>
    <w:tbl>
      <w:tblPr>
        <w:tblW w:w="9751" w:type="dxa"/>
        <w:jc w:val="left"/>
        <w:tblBorders>
          <w:top w:val="single" w:sz="4" w:space="0" w:color="C3C8C9"/>
          <w:left w:val="single" w:sz="4" w:space="0" w:color="C3C8C9"/>
          <w:bottom w:val="single" w:sz="4" w:space="0" w:color="C3C8C9"/>
          <w:right w:val="single" w:sz="4" w:space="0" w:color="C3C8C9"/>
          <w:insideH w:val="single" w:sz="4" w:space="0" w:color="C3C8C9"/>
          <w:insideV w:val="single" w:sz="4" w:space="0" w:color="C3C8C9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1700"/>
        <w:gridCol w:w="3514"/>
        <w:gridCol w:w="1474"/>
        <w:gridCol w:w="3061"/>
      </w:tblGrid>
      <w:tr>
        <w:trPr>
          <w:trHeight w:val="425" w:hRule="atLeast"/>
        </w:trPr>
        <w:tc>
          <w:tcPr>
            <w:tcW w:type="dxa" w:w="1701"/>
            <w:shd w:val="clear" w:color="auto" w:fill="E8EBE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Projekt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</w:pPr>
          </w:p>
        </w:tc>
        <w:tc>
          <w:tcPr>
            <w:tcW w:type="dxa" w:w="1474"/>
            <w:shd w:val="clear" w:color="auto" w:fill="E8EBE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Projekt-Nr.</w:t>
            </w:r>
          </w:p>
        </w:tc>
        <w:tc>
          <w:tcPr>
            <w:tcW w:type="dxa" w:w="3061"/>
            <w:vAlign w:val="center"/>
          </w:tcPr>
          <w:p>
            <w:pPr>
              <w:spacing w:before="0" w:after="0"/>
            </w:pPr>
          </w:p>
        </w:tc>
      </w:tr>
      <w:tr>
        <w:trPr>
          <w:trHeight w:val="425" w:hRule="atLeast"/>
        </w:trPr>
        <w:tc>
          <w:tcPr>
            <w:tcW w:type="dxa" w:w="1701"/>
            <w:shd w:val="clear" w:color="auto" w:fill="E8EBE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Bauherrschaft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</w:pPr>
          </w:p>
        </w:tc>
        <w:tc>
          <w:tcPr>
            <w:tcW w:type="dxa" w:w="1474"/>
            <w:shd w:val="clear" w:color="auto" w:fill="E8EBE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Sitzung Nr.</w:t>
            </w:r>
          </w:p>
        </w:tc>
        <w:tc>
          <w:tcPr>
            <w:tcW w:type="dxa" w:w="3061"/>
            <w:vAlign w:val="center"/>
          </w:tcPr>
          <w:p>
            <w:pPr>
              <w:spacing w:before="0" w:after="0"/>
            </w:pPr>
          </w:p>
        </w:tc>
      </w:tr>
      <w:tr>
        <w:trPr>
          <w:trHeight w:val="425" w:hRule="atLeast"/>
        </w:trPr>
        <w:tc>
          <w:tcPr>
            <w:tcW w:type="dxa" w:w="1701"/>
            <w:shd w:val="clear" w:color="auto" w:fill="E8EBE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Datum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</w:pPr>
          </w:p>
        </w:tc>
        <w:tc>
          <w:tcPr>
            <w:tcW w:type="dxa" w:w="1474"/>
            <w:shd w:val="clear" w:color="auto" w:fill="E8EBE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Zeit</w:t>
            </w:r>
          </w:p>
        </w:tc>
        <w:tc>
          <w:tcPr>
            <w:tcW w:type="dxa" w:w="3061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B6163"/>
                <w:sz w:val="16"/>
              </w:rPr>
              <w:t>von        bis</w:t>
            </w:r>
          </w:p>
        </w:tc>
      </w:tr>
      <w:tr>
        <w:trPr>
          <w:trHeight w:val="425" w:hRule="atLeast"/>
        </w:trPr>
        <w:tc>
          <w:tcPr>
            <w:tcW w:type="dxa" w:w="1701"/>
            <w:shd w:val="clear" w:color="auto" w:fill="E8EBE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Ort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</w:pPr>
          </w:p>
        </w:tc>
        <w:tc>
          <w:tcPr>
            <w:tcW w:type="dxa" w:w="1474"/>
            <w:shd w:val="clear" w:color="auto" w:fill="E8EBE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Protokoll</w:t>
            </w:r>
          </w:p>
        </w:tc>
        <w:tc>
          <w:tcPr>
            <w:tcW w:type="dxa" w:w="3061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B6163"/>
                <w:sz w:val="16"/>
              </w:rPr>
              <w:t>Name, Kürzel</w:t>
            </w:r>
          </w:p>
        </w:tc>
      </w:tr>
    </w:tbl>
    <w:p>
      <w:pPr>
        <w:pStyle w:val="Heading1"/>
      </w:pPr>
      <w:r>
        <w:t>Teilnehmende und Verteiler</w:t>
      </w:r>
    </w:p>
    <w:tbl>
      <w:tblPr>
        <w:tblW w:w="9751" w:type="dxa"/>
        <w:tblBorders>
          <w:top w:val="single" w:sz="4" w:space="0" w:color="C3C8C9"/>
          <w:left w:val="single" w:sz="4" w:space="0" w:color="C3C8C9"/>
          <w:bottom w:val="single" w:sz="4" w:space="0" w:color="C3C8C9"/>
          <w:right w:val="single" w:sz="4" w:space="0" w:color="C3C8C9"/>
          <w:insideH w:val="single" w:sz="4" w:space="0" w:color="C3C8C9"/>
          <w:insideV w:val="single" w:sz="4" w:space="0" w:color="C3C8C9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2494"/>
        <w:gridCol w:w="3741"/>
        <w:gridCol w:w="963"/>
        <w:gridCol w:w="850"/>
        <w:gridCol w:w="850"/>
        <w:gridCol w:w="850"/>
      </w:tblGrid>
      <w:tr>
        <w:trPr>
          <w:tblHeader w:val="true"/>
        </w:trPr>
        <w:tc>
          <w:tcPr>
            <w:tcW w:type="dxa" w:w="2494"/>
            <w:shd w:val="clear" w:color="auto" w:fill="E8EBE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Name</w:t>
            </w:r>
          </w:p>
        </w:tc>
        <w:tc>
          <w:tcPr>
            <w:tcW w:type="dxa" w:w="3742"/>
            <w:shd w:val="clear" w:color="auto" w:fill="E8EBE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Firma, Funktion</w:t>
            </w:r>
          </w:p>
        </w:tc>
        <w:tc>
          <w:tcPr>
            <w:tcW w:type="dxa" w:w="964"/>
            <w:shd w:val="clear" w:color="auto" w:fill="E8EBE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Kürzel</w:t>
            </w:r>
          </w:p>
        </w:tc>
        <w:tc>
          <w:tcPr>
            <w:tcW w:type="dxa" w:w="850"/>
            <w:shd w:val="clear" w:color="auto" w:fill="E8EBEB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6191A"/>
                <w:sz w:val="18"/>
              </w:rPr>
              <w:t>anw.</w:t>
            </w:r>
          </w:p>
        </w:tc>
        <w:tc>
          <w:tcPr>
            <w:tcW w:type="dxa" w:w="850"/>
            <w:shd w:val="clear" w:color="auto" w:fill="E8EBEB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6191A"/>
                <w:sz w:val="18"/>
              </w:rPr>
              <w:t>entsch.</w:t>
            </w:r>
          </w:p>
        </w:tc>
        <w:tc>
          <w:tcPr>
            <w:tcW w:type="dxa" w:w="850"/>
            <w:shd w:val="clear" w:color="auto" w:fill="E8EBEB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6191A"/>
                <w:sz w:val="18"/>
              </w:rPr>
              <w:t>Vert.</w:t>
            </w:r>
          </w:p>
        </w:tc>
      </w:tr>
      <w:tr>
        <w:trPr>
          <w:trHeight w:val="396" w:hRule="atLeast"/>
          <w:cantSplit/>
        </w:trPr>
        <w:tc>
          <w:tcPr>
            <w:tcW w:type="dxa" w:w="2494"/>
          </w:tcPr>
          <w:p/>
        </w:tc>
        <w:tc>
          <w:tcPr>
            <w:tcW w:type="dxa" w:w="3742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B6163"/>
                <w:sz w:val="16"/>
              </w:rPr>
              <w:t>Bauherrschaft</w:t>
            </w:r>
          </w:p>
        </w:tc>
        <w:tc>
          <w:tcPr>
            <w:tcW w:type="dxa" w:w="964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</w:tr>
      <w:tr>
        <w:trPr>
          <w:trHeight w:val="396" w:hRule="atLeast"/>
          <w:cantSplit/>
        </w:trPr>
        <w:tc>
          <w:tcPr>
            <w:tcW w:type="dxa" w:w="2494"/>
          </w:tcPr>
          <w:p/>
        </w:tc>
        <w:tc>
          <w:tcPr>
            <w:tcW w:type="dxa" w:w="3742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B6163"/>
                <w:sz w:val="16"/>
              </w:rPr>
              <w:t>Architektur, Gesamtleitung</w:t>
            </w:r>
          </w:p>
        </w:tc>
        <w:tc>
          <w:tcPr>
            <w:tcW w:type="dxa" w:w="964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</w:tr>
      <w:tr>
        <w:trPr>
          <w:trHeight w:val="396" w:hRule="atLeast"/>
          <w:cantSplit/>
        </w:trPr>
        <w:tc>
          <w:tcPr>
            <w:tcW w:type="dxa" w:w="2494"/>
          </w:tcPr>
          <w:p/>
        </w:tc>
        <w:tc>
          <w:tcPr>
            <w:tcW w:type="dxa" w:w="3742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B6163"/>
                <w:sz w:val="16"/>
              </w:rPr>
              <w:t>Bauleitung</w:t>
            </w:r>
          </w:p>
        </w:tc>
        <w:tc>
          <w:tcPr>
            <w:tcW w:type="dxa" w:w="964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</w:tr>
      <w:tr>
        <w:trPr>
          <w:trHeight w:val="396" w:hRule="atLeast"/>
          <w:cantSplit/>
        </w:trPr>
        <w:tc>
          <w:tcPr>
            <w:tcW w:type="dxa" w:w="2494"/>
          </w:tcPr>
          <w:p/>
        </w:tc>
        <w:tc>
          <w:tcPr>
            <w:tcW w:type="dxa" w:w="3742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B6163"/>
                <w:sz w:val="16"/>
              </w:rPr>
              <w:t>Bauingenieur</w:t>
            </w:r>
          </w:p>
        </w:tc>
        <w:tc>
          <w:tcPr>
            <w:tcW w:type="dxa" w:w="964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</w:tr>
      <w:tr>
        <w:trPr>
          <w:trHeight w:val="396" w:hRule="atLeast"/>
          <w:cantSplit/>
        </w:trPr>
        <w:tc>
          <w:tcPr>
            <w:tcW w:type="dxa" w:w="2494"/>
          </w:tcPr>
          <w:p/>
        </w:tc>
        <w:tc>
          <w:tcPr>
            <w:tcW w:type="dxa" w:w="3742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B6163"/>
                <w:sz w:val="16"/>
              </w:rPr>
              <w:t>Fachplanung HLKS</w:t>
            </w:r>
          </w:p>
        </w:tc>
        <w:tc>
          <w:tcPr>
            <w:tcW w:type="dxa" w:w="964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</w:tr>
      <w:tr>
        <w:trPr>
          <w:trHeight w:val="396" w:hRule="atLeast"/>
          <w:cantSplit/>
        </w:trPr>
        <w:tc>
          <w:tcPr>
            <w:tcW w:type="dxa" w:w="2494"/>
          </w:tcPr>
          <w:p/>
        </w:tc>
        <w:tc>
          <w:tcPr>
            <w:tcW w:type="dxa" w:w="3742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B6163"/>
                <w:sz w:val="16"/>
              </w:rPr>
              <w:t>Fachplanung Elektro</w:t>
            </w:r>
          </w:p>
        </w:tc>
        <w:tc>
          <w:tcPr>
            <w:tcW w:type="dxa" w:w="964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</w:tr>
      <w:tr>
        <w:trPr>
          <w:trHeight w:val="396" w:hRule="atLeast"/>
          <w:cantSplit/>
        </w:trPr>
        <w:tc>
          <w:tcPr>
            <w:tcW w:type="dxa" w:w="2494"/>
          </w:tcPr>
          <w:p/>
        </w:tc>
        <w:tc>
          <w:tcPr>
            <w:tcW w:type="dxa" w:w="3742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B6163"/>
                <w:sz w:val="16"/>
              </w:rPr>
              <w:t>Unternehmer</w:t>
            </w:r>
          </w:p>
        </w:tc>
        <w:tc>
          <w:tcPr>
            <w:tcW w:type="dxa" w:w="964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</w:tr>
      <w:tr>
        <w:trPr>
          <w:trHeight w:val="396" w:hRule="atLeast"/>
          <w:cantSplit/>
        </w:trPr>
        <w:tc>
          <w:tcPr>
            <w:tcW w:type="dxa" w:w="2494"/>
          </w:tcPr>
          <w:p/>
        </w:tc>
        <w:tc>
          <w:tcPr>
            <w:tcW w:type="dxa" w:w="3742"/>
          </w:tcPr>
          <w:p/>
        </w:tc>
        <w:tc>
          <w:tcPr>
            <w:tcW w:type="dxa" w:w="964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</w:tr>
      <w:tr>
        <w:trPr>
          <w:trHeight w:val="396" w:hRule="atLeast"/>
          <w:cantSplit/>
        </w:trPr>
        <w:tc>
          <w:tcPr>
            <w:tcW w:type="dxa" w:w="2494"/>
          </w:tcPr>
          <w:p/>
        </w:tc>
        <w:tc>
          <w:tcPr>
            <w:tcW w:type="dxa" w:w="3742"/>
          </w:tcPr>
          <w:p/>
        </w:tc>
        <w:tc>
          <w:tcPr>
            <w:tcW w:type="dxa" w:w="964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</w:tr>
    </w:tbl>
    <w:p>
      <w:pPr>
        <w:spacing w:before="60"/>
      </w:pPr>
      <w:r>
        <w:rPr>
          <w:color w:val="5B6163"/>
          <w:sz w:val="15"/>
        </w:rPr>
        <w:t>Mit x markieren: anw. = anwesend, entsch. = entschuldigt, Vert. = erhält das Protokoll. Die Kürzel gelten für «Wer» in allen Tabellen.</w:t>
      </w:r>
    </w:p>
    <w:p>
      <w:pPr>
        <w:pStyle w:val="Heading1"/>
      </w:pPr>
      <w:r>
        <w:t>Traktanden</w:t>
      </w:r>
    </w:p>
    <w:tbl>
      <w:tblPr>
        <w:tblW w:w="975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566"/>
        <w:gridCol w:w="9184"/>
      </w:tblGrid>
      <w:tr>
        <w:trPr>
          <w:trHeight w:val="311" w:hRule="atLeast"/>
        </w:trPr>
        <w:tc>
          <w:tcPr>
            <w:tcW w:type="dxa" w:w="567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1</w:t>
            </w:r>
          </w:p>
        </w:tc>
        <w:tc>
          <w:tcPr>
            <w:tcW w:type="dxa" w:w="918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6191A"/>
                <w:sz w:val="18"/>
              </w:rPr>
              <w:t>Begrüssung, Protokoll der letzten Sitzung</w:t>
            </w:r>
          </w:p>
        </w:tc>
      </w:tr>
      <w:tr>
        <w:trPr>
          <w:trHeight w:val="311" w:hRule="atLeast"/>
        </w:trPr>
        <w:tc>
          <w:tcPr>
            <w:tcW w:type="dxa" w:w="567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2</w:t>
            </w:r>
          </w:p>
        </w:tc>
        <w:tc>
          <w:tcPr>
            <w:tcW w:type="dxa" w:w="918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6191A"/>
                <w:sz w:val="18"/>
              </w:rPr>
              <w:t>Pendenzen aus der letzten Sitzung</w:t>
            </w:r>
          </w:p>
        </w:tc>
      </w:tr>
      <w:tr>
        <w:trPr>
          <w:trHeight w:val="311" w:hRule="atLeast"/>
        </w:trPr>
        <w:tc>
          <w:tcPr>
            <w:tcW w:type="dxa" w:w="567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3</w:t>
            </w:r>
          </w:p>
        </w:tc>
        <w:tc>
          <w:tcPr>
            <w:tcW w:type="dxa" w:w="918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6191A"/>
                <w:sz w:val="18"/>
              </w:rPr>
              <w:t>Termine und Bauprogramm</w:t>
            </w:r>
          </w:p>
        </w:tc>
      </w:tr>
      <w:tr>
        <w:trPr>
          <w:trHeight w:val="311" w:hRule="atLeast"/>
        </w:trPr>
        <w:tc>
          <w:tcPr>
            <w:tcW w:type="dxa" w:w="567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4</w:t>
            </w:r>
          </w:p>
        </w:tc>
        <w:tc>
          <w:tcPr>
            <w:tcW w:type="dxa" w:w="918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6191A"/>
                <w:sz w:val="18"/>
              </w:rPr>
              <w:t>Planung und Pläne</w:t>
            </w:r>
          </w:p>
        </w:tc>
      </w:tr>
      <w:tr>
        <w:trPr>
          <w:trHeight w:val="311" w:hRule="atLeast"/>
        </w:trPr>
        <w:tc>
          <w:tcPr>
            <w:tcW w:type="dxa" w:w="567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5</w:t>
            </w:r>
          </w:p>
        </w:tc>
        <w:tc>
          <w:tcPr>
            <w:tcW w:type="dxa" w:w="918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6191A"/>
                <w:sz w:val="18"/>
              </w:rPr>
              <w:t>Ausführung und Unternehmer</w:t>
            </w:r>
          </w:p>
        </w:tc>
      </w:tr>
      <w:tr>
        <w:trPr>
          <w:trHeight w:val="311" w:hRule="atLeast"/>
        </w:trPr>
        <w:tc>
          <w:tcPr>
            <w:tcW w:type="dxa" w:w="567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6</w:t>
            </w:r>
          </w:p>
        </w:tc>
        <w:tc>
          <w:tcPr>
            <w:tcW w:type="dxa" w:w="918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6191A"/>
                <w:sz w:val="18"/>
              </w:rPr>
              <w:t>Kosten und Nachträge</w:t>
            </w:r>
          </w:p>
        </w:tc>
      </w:tr>
      <w:tr>
        <w:trPr>
          <w:trHeight w:val="311" w:hRule="atLeast"/>
        </w:trPr>
        <w:tc>
          <w:tcPr>
            <w:tcW w:type="dxa" w:w="567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7</w:t>
            </w:r>
          </w:p>
        </w:tc>
        <w:tc>
          <w:tcPr>
            <w:tcW w:type="dxa" w:w="918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6191A"/>
                <w:sz w:val="18"/>
              </w:rPr>
              <w:t>Qualität, Sicherheit und Ordnung auf der Baustelle</w:t>
            </w:r>
          </w:p>
        </w:tc>
      </w:tr>
      <w:tr>
        <w:trPr>
          <w:trHeight w:val="311" w:hRule="atLeast"/>
        </w:trPr>
        <w:tc>
          <w:tcPr>
            <w:tcW w:type="dxa" w:w="567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8</w:t>
            </w:r>
          </w:p>
        </w:tc>
        <w:tc>
          <w:tcPr>
            <w:tcW w:type="dxa" w:w="918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6191A"/>
                <w:sz w:val="18"/>
              </w:rPr>
              <w:t>Verschiedenes</w:t>
            </w:r>
          </w:p>
        </w:tc>
      </w:tr>
    </w:tbl>
    <w:p>
      <w:pPr>
        <w:pStyle w:val="Heading1"/>
        <w:pageBreakBefore/>
      </w:pPr>
      <w:r>
        <w:t>Protokoll</w:t>
      </w:r>
    </w:p>
    <w:p>
      <w:r>
        <w:rPr>
          <w:color w:val="5B6163"/>
          <w:sz w:val="15"/>
        </w:rPr>
        <w:t>Art: I = Information, E = Entscheid, P = Pendenz. Pendenzen zusätzlich in die Pendenzenliste übernehmen.</w:t>
      </w:r>
    </w:p>
    <w:tbl>
      <w:tblPr>
        <w:tblW w:w="9751" w:type="dxa"/>
        <w:tblBorders>
          <w:top w:val="single" w:sz="4" w:space="0" w:color="C3C8C9"/>
          <w:left w:val="single" w:sz="4" w:space="0" w:color="C3C8C9"/>
          <w:bottom w:val="single" w:sz="4" w:space="0" w:color="C3C8C9"/>
          <w:right w:val="single" w:sz="4" w:space="0" w:color="C3C8C9"/>
          <w:insideH w:val="single" w:sz="4" w:space="0" w:color="C3C8C9"/>
          <w:insideV w:val="single" w:sz="4" w:space="0" w:color="C3C8C9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737"/>
        <w:gridCol w:w="5952"/>
        <w:gridCol w:w="680"/>
        <w:gridCol w:w="1077"/>
        <w:gridCol w:w="1303"/>
      </w:tblGrid>
      <w:tr>
        <w:trPr>
          <w:tblHeader w:val="true"/>
        </w:trPr>
        <w:tc>
          <w:tcPr>
            <w:tcW w:type="dxa" w:w="737"/>
            <w:shd w:val="clear" w:color="auto" w:fill="E8EBE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Nr.</w:t>
            </w:r>
          </w:p>
        </w:tc>
        <w:tc>
          <w:tcPr>
            <w:tcW w:type="dxa" w:w="5953"/>
            <w:shd w:val="clear" w:color="auto" w:fill="E8EBE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Gegenstand</w:t>
            </w:r>
          </w:p>
        </w:tc>
        <w:tc>
          <w:tcPr>
            <w:tcW w:type="dxa" w:w="680"/>
            <w:shd w:val="clear" w:color="auto" w:fill="E8EBEB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6191A"/>
                <w:sz w:val="18"/>
              </w:rPr>
              <w:t>Art</w:t>
            </w:r>
          </w:p>
        </w:tc>
        <w:tc>
          <w:tcPr>
            <w:tcW w:type="dxa" w:w="1077"/>
            <w:shd w:val="clear" w:color="auto" w:fill="E8EBE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Wer</w:t>
            </w:r>
          </w:p>
        </w:tc>
        <w:tc>
          <w:tcPr>
            <w:tcW w:type="dxa" w:w="1304"/>
            <w:shd w:val="clear" w:color="auto" w:fill="E8EBE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Bis wann</w:t>
            </w:r>
          </w:p>
        </w:tc>
      </w:tr>
      <w:tr>
        <w:trPr>
          <w:cantSplit/>
          <w:trHeight w:val="368" w:hRule="atLeast"/>
        </w:trPr>
        <w:tc>
          <w:tcPr>
            <w:tcW w:type="dxa" w:w="737"/>
            <w:shd w:val="clear" w:color="auto" w:fill="F2F4F4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1</w:t>
            </w:r>
          </w:p>
        </w:tc>
        <w:tc>
          <w:tcPr>
            <w:tcW w:type="dxa" w:w="9014"/>
            <w:gridSpan w:val="4"/>
            <w:shd w:val="clear" w:color="auto" w:fill="F2F4F4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Begrüssung, Protokoll der letzten Sitzung</w:t>
            </w:r>
          </w:p>
        </w:tc>
      </w:tr>
      <w:tr>
        <w:trPr>
          <w:cantSplit/>
          <w:trHeight w:val="510" w:hRule="atLeast"/>
        </w:trPr>
        <w:tc>
          <w:tcPr>
            <w:tcW w:type="dxa" w:w="737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B6163"/>
                <w:sz w:val="16"/>
              </w:rPr>
              <w:t>1.1</w:t>
            </w:r>
          </w:p>
        </w:tc>
        <w:tc>
          <w:tcPr>
            <w:tcW w:type="dxa" w:w="5953"/>
          </w:tcPr>
          <w:p/>
        </w:tc>
        <w:tc>
          <w:tcPr>
            <w:tcW w:type="dxa" w:w="680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</w:tr>
      <w:tr>
        <w:trPr>
          <w:cantSplit/>
          <w:trHeight w:val="510" w:hRule="atLeast"/>
        </w:trPr>
        <w:tc>
          <w:tcPr>
            <w:tcW w:type="dxa" w:w="737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B6163"/>
                <w:sz w:val="16"/>
              </w:rPr>
              <w:t>1.2</w:t>
            </w:r>
          </w:p>
        </w:tc>
        <w:tc>
          <w:tcPr>
            <w:tcW w:type="dxa" w:w="5953"/>
          </w:tcPr>
          <w:p/>
        </w:tc>
        <w:tc>
          <w:tcPr>
            <w:tcW w:type="dxa" w:w="680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</w:tr>
      <w:tr>
        <w:trPr>
          <w:cantSplit/>
          <w:trHeight w:val="368" w:hRule="atLeast"/>
        </w:trPr>
        <w:tc>
          <w:tcPr>
            <w:tcW w:type="dxa" w:w="737"/>
            <w:shd w:val="clear" w:color="auto" w:fill="F2F4F4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2</w:t>
            </w:r>
          </w:p>
        </w:tc>
        <w:tc>
          <w:tcPr>
            <w:tcW w:type="dxa" w:w="9014"/>
            <w:gridSpan w:val="4"/>
            <w:shd w:val="clear" w:color="auto" w:fill="F2F4F4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Pendenzen aus der letzten Sitzung</w:t>
            </w:r>
          </w:p>
        </w:tc>
      </w:tr>
      <w:tr>
        <w:trPr>
          <w:cantSplit/>
          <w:trHeight w:val="510" w:hRule="atLeast"/>
        </w:trPr>
        <w:tc>
          <w:tcPr>
            <w:tcW w:type="dxa" w:w="737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B6163"/>
                <w:sz w:val="16"/>
              </w:rPr>
              <w:t>2.1</w:t>
            </w:r>
          </w:p>
        </w:tc>
        <w:tc>
          <w:tcPr>
            <w:tcW w:type="dxa" w:w="5953"/>
          </w:tcPr>
          <w:p/>
        </w:tc>
        <w:tc>
          <w:tcPr>
            <w:tcW w:type="dxa" w:w="680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</w:tr>
      <w:tr>
        <w:trPr>
          <w:cantSplit/>
          <w:trHeight w:val="510" w:hRule="atLeast"/>
        </w:trPr>
        <w:tc>
          <w:tcPr>
            <w:tcW w:type="dxa" w:w="737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B6163"/>
                <w:sz w:val="16"/>
              </w:rPr>
              <w:t>2.2</w:t>
            </w:r>
          </w:p>
        </w:tc>
        <w:tc>
          <w:tcPr>
            <w:tcW w:type="dxa" w:w="5953"/>
          </w:tcPr>
          <w:p/>
        </w:tc>
        <w:tc>
          <w:tcPr>
            <w:tcW w:type="dxa" w:w="680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</w:tr>
      <w:tr>
        <w:trPr>
          <w:cantSplit/>
          <w:trHeight w:val="368" w:hRule="atLeast"/>
        </w:trPr>
        <w:tc>
          <w:tcPr>
            <w:tcW w:type="dxa" w:w="737"/>
            <w:shd w:val="clear" w:color="auto" w:fill="F2F4F4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3</w:t>
            </w:r>
          </w:p>
        </w:tc>
        <w:tc>
          <w:tcPr>
            <w:tcW w:type="dxa" w:w="9014"/>
            <w:gridSpan w:val="4"/>
            <w:shd w:val="clear" w:color="auto" w:fill="F2F4F4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Termine und Bauprogramm</w:t>
            </w:r>
          </w:p>
        </w:tc>
      </w:tr>
      <w:tr>
        <w:trPr>
          <w:cantSplit/>
          <w:trHeight w:val="510" w:hRule="atLeast"/>
        </w:trPr>
        <w:tc>
          <w:tcPr>
            <w:tcW w:type="dxa" w:w="737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B6163"/>
                <w:sz w:val="16"/>
              </w:rPr>
              <w:t>3.1</w:t>
            </w:r>
          </w:p>
        </w:tc>
        <w:tc>
          <w:tcPr>
            <w:tcW w:type="dxa" w:w="5953"/>
          </w:tcPr>
          <w:p/>
        </w:tc>
        <w:tc>
          <w:tcPr>
            <w:tcW w:type="dxa" w:w="680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</w:tr>
      <w:tr>
        <w:trPr>
          <w:cantSplit/>
          <w:trHeight w:val="510" w:hRule="atLeast"/>
        </w:trPr>
        <w:tc>
          <w:tcPr>
            <w:tcW w:type="dxa" w:w="737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B6163"/>
                <w:sz w:val="16"/>
              </w:rPr>
              <w:t>3.2</w:t>
            </w:r>
          </w:p>
        </w:tc>
        <w:tc>
          <w:tcPr>
            <w:tcW w:type="dxa" w:w="5953"/>
          </w:tcPr>
          <w:p/>
        </w:tc>
        <w:tc>
          <w:tcPr>
            <w:tcW w:type="dxa" w:w="680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</w:tr>
      <w:tr>
        <w:trPr>
          <w:cantSplit/>
          <w:trHeight w:val="368" w:hRule="atLeast"/>
        </w:trPr>
        <w:tc>
          <w:tcPr>
            <w:tcW w:type="dxa" w:w="737"/>
            <w:shd w:val="clear" w:color="auto" w:fill="F2F4F4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4</w:t>
            </w:r>
          </w:p>
        </w:tc>
        <w:tc>
          <w:tcPr>
            <w:tcW w:type="dxa" w:w="9014"/>
            <w:gridSpan w:val="4"/>
            <w:shd w:val="clear" w:color="auto" w:fill="F2F4F4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Planung und Pläne</w:t>
            </w:r>
          </w:p>
        </w:tc>
      </w:tr>
      <w:tr>
        <w:trPr>
          <w:cantSplit/>
          <w:trHeight w:val="510" w:hRule="atLeast"/>
        </w:trPr>
        <w:tc>
          <w:tcPr>
            <w:tcW w:type="dxa" w:w="737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B6163"/>
                <w:sz w:val="16"/>
              </w:rPr>
              <w:t>4.1</w:t>
            </w:r>
          </w:p>
        </w:tc>
        <w:tc>
          <w:tcPr>
            <w:tcW w:type="dxa" w:w="5953"/>
          </w:tcPr>
          <w:p/>
        </w:tc>
        <w:tc>
          <w:tcPr>
            <w:tcW w:type="dxa" w:w="680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</w:tr>
      <w:tr>
        <w:trPr>
          <w:cantSplit/>
          <w:trHeight w:val="510" w:hRule="atLeast"/>
        </w:trPr>
        <w:tc>
          <w:tcPr>
            <w:tcW w:type="dxa" w:w="737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B6163"/>
                <w:sz w:val="16"/>
              </w:rPr>
              <w:t>4.2</w:t>
            </w:r>
          </w:p>
        </w:tc>
        <w:tc>
          <w:tcPr>
            <w:tcW w:type="dxa" w:w="5953"/>
          </w:tcPr>
          <w:p/>
        </w:tc>
        <w:tc>
          <w:tcPr>
            <w:tcW w:type="dxa" w:w="680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</w:tr>
      <w:tr>
        <w:trPr>
          <w:cantSplit/>
          <w:trHeight w:val="368" w:hRule="atLeast"/>
        </w:trPr>
        <w:tc>
          <w:tcPr>
            <w:tcW w:type="dxa" w:w="737"/>
            <w:shd w:val="clear" w:color="auto" w:fill="F2F4F4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5</w:t>
            </w:r>
          </w:p>
        </w:tc>
        <w:tc>
          <w:tcPr>
            <w:tcW w:type="dxa" w:w="9014"/>
            <w:gridSpan w:val="4"/>
            <w:shd w:val="clear" w:color="auto" w:fill="F2F4F4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Ausführung und Unternehmer</w:t>
            </w:r>
          </w:p>
        </w:tc>
      </w:tr>
      <w:tr>
        <w:trPr>
          <w:cantSplit/>
          <w:trHeight w:val="510" w:hRule="atLeast"/>
        </w:trPr>
        <w:tc>
          <w:tcPr>
            <w:tcW w:type="dxa" w:w="737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B6163"/>
                <w:sz w:val="16"/>
              </w:rPr>
              <w:t>5.1</w:t>
            </w:r>
          </w:p>
        </w:tc>
        <w:tc>
          <w:tcPr>
            <w:tcW w:type="dxa" w:w="5953"/>
          </w:tcPr>
          <w:p/>
        </w:tc>
        <w:tc>
          <w:tcPr>
            <w:tcW w:type="dxa" w:w="680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</w:tr>
      <w:tr>
        <w:trPr>
          <w:cantSplit/>
          <w:trHeight w:val="510" w:hRule="atLeast"/>
        </w:trPr>
        <w:tc>
          <w:tcPr>
            <w:tcW w:type="dxa" w:w="737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B6163"/>
                <w:sz w:val="16"/>
              </w:rPr>
              <w:t>5.2</w:t>
            </w:r>
          </w:p>
        </w:tc>
        <w:tc>
          <w:tcPr>
            <w:tcW w:type="dxa" w:w="5953"/>
          </w:tcPr>
          <w:p/>
        </w:tc>
        <w:tc>
          <w:tcPr>
            <w:tcW w:type="dxa" w:w="680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</w:tr>
      <w:tr>
        <w:trPr>
          <w:cantSplit/>
          <w:trHeight w:val="368" w:hRule="atLeast"/>
        </w:trPr>
        <w:tc>
          <w:tcPr>
            <w:tcW w:type="dxa" w:w="737"/>
            <w:shd w:val="clear" w:color="auto" w:fill="F2F4F4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6</w:t>
            </w:r>
          </w:p>
        </w:tc>
        <w:tc>
          <w:tcPr>
            <w:tcW w:type="dxa" w:w="9014"/>
            <w:gridSpan w:val="4"/>
            <w:shd w:val="clear" w:color="auto" w:fill="F2F4F4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Kosten und Nachträge</w:t>
            </w:r>
          </w:p>
        </w:tc>
      </w:tr>
      <w:tr>
        <w:trPr>
          <w:cantSplit/>
          <w:trHeight w:val="510" w:hRule="atLeast"/>
        </w:trPr>
        <w:tc>
          <w:tcPr>
            <w:tcW w:type="dxa" w:w="737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B6163"/>
                <w:sz w:val="16"/>
              </w:rPr>
              <w:t>6.1</w:t>
            </w:r>
          </w:p>
        </w:tc>
        <w:tc>
          <w:tcPr>
            <w:tcW w:type="dxa" w:w="5953"/>
          </w:tcPr>
          <w:p/>
        </w:tc>
        <w:tc>
          <w:tcPr>
            <w:tcW w:type="dxa" w:w="680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</w:tr>
      <w:tr>
        <w:trPr>
          <w:cantSplit/>
          <w:trHeight w:val="510" w:hRule="atLeast"/>
        </w:trPr>
        <w:tc>
          <w:tcPr>
            <w:tcW w:type="dxa" w:w="737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B6163"/>
                <w:sz w:val="16"/>
              </w:rPr>
              <w:t>6.2</w:t>
            </w:r>
          </w:p>
        </w:tc>
        <w:tc>
          <w:tcPr>
            <w:tcW w:type="dxa" w:w="5953"/>
          </w:tcPr>
          <w:p/>
        </w:tc>
        <w:tc>
          <w:tcPr>
            <w:tcW w:type="dxa" w:w="680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</w:tr>
      <w:tr>
        <w:trPr>
          <w:cantSplit/>
          <w:trHeight w:val="368" w:hRule="atLeast"/>
        </w:trPr>
        <w:tc>
          <w:tcPr>
            <w:tcW w:type="dxa" w:w="737"/>
            <w:shd w:val="clear" w:color="auto" w:fill="F2F4F4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7</w:t>
            </w:r>
          </w:p>
        </w:tc>
        <w:tc>
          <w:tcPr>
            <w:tcW w:type="dxa" w:w="9014"/>
            <w:gridSpan w:val="4"/>
            <w:shd w:val="clear" w:color="auto" w:fill="F2F4F4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Qualität, Sicherheit und Ordnung auf der Baustelle</w:t>
            </w:r>
          </w:p>
        </w:tc>
      </w:tr>
      <w:tr>
        <w:trPr>
          <w:cantSplit/>
          <w:trHeight w:val="510" w:hRule="atLeast"/>
        </w:trPr>
        <w:tc>
          <w:tcPr>
            <w:tcW w:type="dxa" w:w="737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B6163"/>
                <w:sz w:val="16"/>
              </w:rPr>
              <w:t>7.1</w:t>
            </w:r>
          </w:p>
        </w:tc>
        <w:tc>
          <w:tcPr>
            <w:tcW w:type="dxa" w:w="5953"/>
          </w:tcPr>
          <w:p/>
        </w:tc>
        <w:tc>
          <w:tcPr>
            <w:tcW w:type="dxa" w:w="680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</w:tr>
      <w:tr>
        <w:trPr>
          <w:cantSplit/>
          <w:trHeight w:val="510" w:hRule="atLeast"/>
        </w:trPr>
        <w:tc>
          <w:tcPr>
            <w:tcW w:type="dxa" w:w="737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B6163"/>
                <w:sz w:val="16"/>
              </w:rPr>
              <w:t>7.2</w:t>
            </w:r>
          </w:p>
        </w:tc>
        <w:tc>
          <w:tcPr>
            <w:tcW w:type="dxa" w:w="5953"/>
          </w:tcPr>
          <w:p/>
        </w:tc>
        <w:tc>
          <w:tcPr>
            <w:tcW w:type="dxa" w:w="680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</w:tr>
      <w:tr>
        <w:trPr>
          <w:cantSplit/>
          <w:trHeight w:val="368" w:hRule="atLeast"/>
        </w:trPr>
        <w:tc>
          <w:tcPr>
            <w:tcW w:type="dxa" w:w="737"/>
            <w:shd w:val="clear" w:color="auto" w:fill="F2F4F4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8</w:t>
            </w:r>
          </w:p>
        </w:tc>
        <w:tc>
          <w:tcPr>
            <w:tcW w:type="dxa" w:w="9014"/>
            <w:gridSpan w:val="4"/>
            <w:shd w:val="clear" w:color="auto" w:fill="F2F4F4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Verschiedenes</w:t>
            </w:r>
          </w:p>
        </w:tc>
      </w:tr>
      <w:tr>
        <w:trPr>
          <w:cantSplit/>
          <w:trHeight w:val="510" w:hRule="atLeast"/>
        </w:trPr>
        <w:tc>
          <w:tcPr>
            <w:tcW w:type="dxa" w:w="737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B6163"/>
                <w:sz w:val="16"/>
              </w:rPr>
              <w:t>8.1</w:t>
            </w:r>
          </w:p>
        </w:tc>
        <w:tc>
          <w:tcPr>
            <w:tcW w:type="dxa" w:w="5953"/>
          </w:tcPr>
          <w:p/>
        </w:tc>
        <w:tc>
          <w:tcPr>
            <w:tcW w:type="dxa" w:w="680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</w:tr>
      <w:tr>
        <w:trPr>
          <w:cantSplit/>
          <w:trHeight w:val="510" w:hRule="atLeast"/>
        </w:trPr>
        <w:tc>
          <w:tcPr>
            <w:tcW w:type="dxa" w:w="737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B6163"/>
                <w:sz w:val="16"/>
              </w:rPr>
              <w:t>8.2</w:t>
            </w:r>
          </w:p>
        </w:tc>
        <w:tc>
          <w:tcPr>
            <w:tcW w:type="dxa" w:w="5953"/>
          </w:tcPr>
          <w:p/>
        </w:tc>
        <w:tc>
          <w:tcPr>
            <w:tcW w:type="dxa" w:w="680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</w:tr>
    </w:tbl>
    <w:p>
      <w:pPr>
        <w:pStyle w:val="Heading1"/>
      </w:pPr>
      <w:r>
        <w:t>Entscheide dieser Sitzung</w:t>
      </w:r>
    </w:p>
    <w:tbl>
      <w:tblPr>
        <w:tblW w:w="9751" w:type="dxa"/>
        <w:tblBorders>
          <w:top w:val="single" w:sz="4" w:space="0" w:color="C3C8C9"/>
          <w:left w:val="single" w:sz="4" w:space="0" w:color="C3C8C9"/>
          <w:bottom w:val="single" w:sz="4" w:space="0" w:color="C3C8C9"/>
          <w:right w:val="single" w:sz="4" w:space="0" w:color="C3C8C9"/>
          <w:insideH w:val="single" w:sz="4" w:space="0" w:color="C3C8C9"/>
          <w:insideV w:val="single" w:sz="4" w:space="0" w:color="C3C8C9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737"/>
        <w:gridCol w:w="4251"/>
        <w:gridCol w:w="1814"/>
        <w:gridCol w:w="2948"/>
      </w:tblGrid>
      <w:tr>
        <w:trPr>
          <w:tblHeader w:val="true"/>
        </w:trPr>
        <w:tc>
          <w:tcPr>
            <w:tcW w:type="dxa" w:w="737"/>
            <w:shd w:val="clear" w:color="auto" w:fill="E8EBE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Nr.</w:t>
            </w:r>
          </w:p>
        </w:tc>
        <w:tc>
          <w:tcPr>
            <w:tcW w:type="dxa" w:w="4252"/>
            <w:shd w:val="clear" w:color="auto" w:fill="E8EBE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Entscheid</w:t>
            </w:r>
          </w:p>
        </w:tc>
        <w:tc>
          <w:tcPr>
            <w:tcW w:type="dxa" w:w="1814"/>
            <w:shd w:val="clear" w:color="auto" w:fill="E8EBE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Entschieden durch</w:t>
            </w:r>
          </w:p>
        </w:tc>
        <w:tc>
          <w:tcPr>
            <w:tcW w:type="dxa" w:w="2948"/>
            <w:shd w:val="clear" w:color="auto" w:fill="E8EBE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Folgen für Kosten und Termine</w:t>
            </w:r>
          </w:p>
        </w:tc>
      </w:tr>
      <w:tr>
        <w:trPr>
          <w:trHeight w:val="481" w:hRule="atLeast"/>
          <w:cantSplit/>
        </w:trPr>
        <w:tc>
          <w:tcPr>
            <w:tcW w:type="dxa" w:w="737"/>
          </w:tcPr>
          <w:p/>
        </w:tc>
        <w:tc>
          <w:tcPr>
            <w:tcW w:type="dxa" w:w="4252"/>
          </w:tcPr>
          <w:p/>
        </w:tc>
        <w:tc>
          <w:tcPr>
            <w:tcW w:type="dxa" w:w="1814"/>
          </w:tcPr>
          <w:p/>
        </w:tc>
        <w:tc>
          <w:tcPr>
            <w:tcW w:type="dxa" w:w="2948"/>
          </w:tcPr>
          <w:p/>
        </w:tc>
      </w:tr>
      <w:tr>
        <w:trPr>
          <w:trHeight w:val="481" w:hRule="atLeast"/>
          <w:cantSplit/>
        </w:trPr>
        <w:tc>
          <w:tcPr>
            <w:tcW w:type="dxa" w:w="737"/>
          </w:tcPr>
          <w:p/>
        </w:tc>
        <w:tc>
          <w:tcPr>
            <w:tcW w:type="dxa" w:w="4252"/>
          </w:tcPr>
          <w:p/>
        </w:tc>
        <w:tc>
          <w:tcPr>
            <w:tcW w:type="dxa" w:w="1814"/>
          </w:tcPr>
          <w:p/>
        </w:tc>
        <w:tc>
          <w:tcPr>
            <w:tcW w:type="dxa" w:w="2948"/>
          </w:tcPr>
          <w:p/>
        </w:tc>
      </w:tr>
      <w:tr>
        <w:trPr>
          <w:trHeight w:val="481" w:hRule="atLeast"/>
          <w:cantSplit/>
        </w:trPr>
        <w:tc>
          <w:tcPr>
            <w:tcW w:type="dxa" w:w="737"/>
          </w:tcPr>
          <w:p/>
        </w:tc>
        <w:tc>
          <w:tcPr>
            <w:tcW w:type="dxa" w:w="4252"/>
          </w:tcPr>
          <w:p/>
        </w:tc>
        <w:tc>
          <w:tcPr>
            <w:tcW w:type="dxa" w:w="1814"/>
          </w:tcPr>
          <w:p/>
        </w:tc>
        <w:tc>
          <w:tcPr>
            <w:tcW w:type="dxa" w:w="2948"/>
          </w:tcPr>
          <w:p/>
        </w:tc>
      </w:tr>
    </w:tbl>
    <w:p>
      <w:pPr>
        <w:pStyle w:val="Heading1"/>
      </w:pPr>
      <w:r>
        <w:t>Pendenzenliste</w:t>
      </w:r>
    </w:p>
    <w:tbl>
      <w:tblPr>
        <w:tblW w:w="9751" w:type="dxa"/>
        <w:tblBorders>
          <w:top w:val="single" w:sz="4" w:space="0" w:color="C3C8C9"/>
          <w:left w:val="single" w:sz="4" w:space="0" w:color="C3C8C9"/>
          <w:bottom w:val="single" w:sz="4" w:space="0" w:color="C3C8C9"/>
          <w:right w:val="single" w:sz="4" w:space="0" w:color="C3C8C9"/>
          <w:insideH w:val="single" w:sz="4" w:space="0" w:color="C3C8C9"/>
          <w:insideV w:val="single" w:sz="4" w:space="0" w:color="C3C8C9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737"/>
        <w:gridCol w:w="5385"/>
        <w:gridCol w:w="1077"/>
        <w:gridCol w:w="1303"/>
        <w:gridCol w:w="1247"/>
      </w:tblGrid>
      <w:tr>
        <w:trPr>
          <w:tblHeader w:val="true"/>
        </w:trPr>
        <w:tc>
          <w:tcPr>
            <w:tcW w:type="dxa" w:w="737"/>
            <w:shd w:val="clear" w:color="auto" w:fill="E8EBE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Nr.</w:t>
            </w:r>
          </w:p>
        </w:tc>
        <w:tc>
          <w:tcPr>
            <w:tcW w:type="dxa" w:w="5386"/>
            <w:shd w:val="clear" w:color="auto" w:fill="E8EBE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Was</w:t>
            </w:r>
          </w:p>
        </w:tc>
        <w:tc>
          <w:tcPr>
            <w:tcW w:type="dxa" w:w="1077"/>
            <w:shd w:val="clear" w:color="auto" w:fill="E8EBE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Wer</w:t>
            </w:r>
          </w:p>
        </w:tc>
        <w:tc>
          <w:tcPr>
            <w:tcW w:type="dxa" w:w="1304"/>
            <w:shd w:val="clear" w:color="auto" w:fill="E8EBE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Bis wann</w:t>
            </w:r>
          </w:p>
        </w:tc>
        <w:tc>
          <w:tcPr>
            <w:tcW w:type="dxa" w:w="1247"/>
            <w:shd w:val="clear" w:color="auto" w:fill="E8EBE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Status</w:t>
            </w:r>
          </w:p>
        </w:tc>
      </w:tr>
      <w:tr>
        <w:trPr>
          <w:trHeight w:val="425" w:hRule="atLeast"/>
          <w:cantSplit/>
        </w:trPr>
        <w:tc>
          <w:tcPr>
            <w:tcW w:type="dxa" w:w="737"/>
          </w:tcPr>
          <w:p/>
        </w:tc>
        <w:tc>
          <w:tcPr>
            <w:tcW w:type="dxa" w:w="5386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  <w:tc>
          <w:tcPr>
            <w:tcW w:type="dxa" w:w="1247"/>
          </w:tcPr>
          <w:p/>
        </w:tc>
      </w:tr>
      <w:tr>
        <w:trPr>
          <w:trHeight w:val="425" w:hRule="atLeast"/>
          <w:cantSplit/>
        </w:trPr>
        <w:tc>
          <w:tcPr>
            <w:tcW w:type="dxa" w:w="737"/>
          </w:tcPr>
          <w:p/>
        </w:tc>
        <w:tc>
          <w:tcPr>
            <w:tcW w:type="dxa" w:w="5386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  <w:tc>
          <w:tcPr>
            <w:tcW w:type="dxa" w:w="1247"/>
          </w:tcPr>
          <w:p/>
        </w:tc>
      </w:tr>
      <w:tr>
        <w:trPr>
          <w:trHeight w:val="425" w:hRule="atLeast"/>
          <w:cantSplit/>
        </w:trPr>
        <w:tc>
          <w:tcPr>
            <w:tcW w:type="dxa" w:w="737"/>
          </w:tcPr>
          <w:p/>
        </w:tc>
        <w:tc>
          <w:tcPr>
            <w:tcW w:type="dxa" w:w="5386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  <w:tc>
          <w:tcPr>
            <w:tcW w:type="dxa" w:w="1247"/>
          </w:tcPr>
          <w:p/>
        </w:tc>
      </w:tr>
      <w:tr>
        <w:trPr>
          <w:trHeight w:val="425" w:hRule="atLeast"/>
          <w:cantSplit/>
        </w:trPr>
        <w:tc>
          <w:tcPr>
            <w:tcW w:type="dxa" w:w="737"/>
          </w:tcPr>
          <w:p/>
        </w:tc>
        <w:tc>
          <w:tcPr>
            <w:tcW w:type="dxa" w:w="5386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  <w:tc>
          <w:tcPr>
            <w:tcW w:type="dxa" w:w="1247"/>
          </w:tcPr>
          <w:p/>
        </w:tc>
      </w:tr>
      <w:tr>
        <w:trPr>
          <w:trHeight w:val="425" w:hRule="atLeast"/>
          <w:cantSplit/>
        </w:trPr>
        <w:tc>
          <w:tcPr>
            <w:tcW w:type="dxa" w:w="737"/>
          </w:tcPr>
          <w:p/>
        </w:tc>
        <w:tc>
          <w:tcPr>
            <w:tcW w:type="dxa" w:w="5386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  <w:tc>
          <w:tcPr>
            <w:tcW w:type="dxa" w:w="1247"/>
          </w:tcPr>
          <w:p/>
        </w:tc>
      </w:tr>
      <w:tr>
        <w:trPr>
          <w:trHeight w:val="425" w:hRule="atLeast"/>
          <w:cantSplit/>
        </w:trPr>
        <w:tc>
          <w:tcPr>
            <w:tcW w:type="dxa" w:w="737"/>
          </w:tcPr>
          <w:p/>
        </w:tc>
        <w:tc>
          <w:tcPr>
            <w:tcW w:type="dxa" w:w="5386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  <w:tc>
          <w:tcPr>
            <w:tcW w:type="dxa" w:w="1247"/>
          </w:tcPr>
          <w:p/>
        </w:tc>
      </w:tr>
    </w:tbl>
    <w:p>
      <w:pPr>
        <w:spacing w:before="60"/>
      </w:pPr>
      <w:r>
        <w:rPr>
          <w:color w:val="5B6163"/>
          <w:sz w:val="15"/>
        </w:rPr>
        <w:t>Status: offen, in Arbeit, erledigt. Nummern bleiben über alle Sitzungen gleich. Erledigte Pendenzen einmal als erledigt aufführen, danach weglassen.</w:t>
      </w:r>
    </w:p>
    <w:p>
      <w:pPr>
        <w:pStyle w:val="Heading1"/>
      </w:pPr>
      <w:r>
        <w:t>Termine</w:t>
      </w:r>
    </w:p>
    <w:tbl>
      <w:tblPr>
        <w:tblW w:w="9751" w:type="dxa"/>
        <w:tblBorders>
          <w:top w:val="single" w:sz="4" w:space="0" w:color="C3C8C9"/>
          <w:left w:val="single" w:sz="4" w:space="0" w:color="C3C8C9"/>
          <w:bottom w:val="single" w:sz="4" w:space="0" w:color="C3C8C9"/>
          <w:right w:val="single" w:sz="4" w:space="0" w:color="C3C8C9"/>
          <w:insideH w:val="single" w:sz="4" w:space="0" w:color="C3C8C9"/>
          <w:insideV w:val="single" w:sz="4" w:space="0" w:color="C3C8C9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1587"/>
        <w:gridCol w:w="6576"/>
        <w:gridCol w:w="1587"/>
      </w:tblGrid>
      <w:tr>
        <w:trPr>
          <w:tblHeader w:val="true"/>
        </w:trPr>
        <w:tc>
          <w:tcPr>
            <w:tcW w:type="dxa" w:w="1587"/>
            <w:shd w:val="clear" w:color="auto" w:fill="E8EBE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Datum</w:t>
            </w:r>
          </w:p>
        </w:tc>
        <w:tc>
          <w:tcPr>
            <w:tcW w:type="dxa" w:w="6576"/>
            <w:shd w:val="clear" w:color="auto" w:fill="E8EBE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Was</w:t>
            </w:r>
          </w:p>
        </w:tc>
        <w:tc>
          <w:tcPr>
            <w:tcW w:type="dxa" w:w="1587"/>
            <w:shd w:val="clear" w:color="auto" w:fill="E8EBE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Wer</w:t>
            </w:r>
          </w:p>
        </w:tc>
      </w:tr>
      <w:tr>
        <w:trPr>
          <w:trHeight w:val="396" w:hRule="atLeast"/>
          <w:cantSplit/>
        </w:trPr>
        <w:tc>
          <w:tcPr>
            <w:tcW w:type="dxa" w:w="1587"/>
          </w:tcPr>
          <w:p/>
        </w:tc>
        <w:tc>
          <w:tcPr>
            <w:tcW w:type="dxa" w:w="6576"/>
          </w:tcPr>
          <w:p/>
        </w:tc>
        <w:tc>
          <w:tcPr>
            <w:tcW w:type="dxa" w:w="1587"/>
          </w:tcPr>
          <w:p/>
        </w:tc>
      </w:tr>
      <w:tr>
        <w:trPr>
          <w:trHeight w:val="396" w:hRule="atLeast"/>
          <w:cantSplit/>
        </w:trPr>
        <w:tc>
          <w:tcPr>
            <w:tcW w:type="dxa" w:w="1587"/>
          </w:tcPr>
          <w:p/>
        </w:tc>
        <w:tc>
          <w:tcPr>
            <w:tcW w:type="dxa" w:w="6576"/>
          </w:tcPr>
          <w:p/>
        </w:tc>
        <w:tc>
          <w:tcPr>
            <w:tcW w:type="dxa" w:w="1587"/>
          </w:tcPr>
          <w:p/>
        </w:tc>
      </w:tr>
      <w:tr>
        <w:trPr>
          <w:trHeight w:val="396" w:hRule="atLeast"/>
          <w:cantSplit/>
        </w:trPr>
        <w:tc>
          <w:tcPr>
            <w:tcW w:type="dxa" w:w="1587"/>
          </w:tcPr>
          <w:p/>
        </w:tc>
        <w:tc>
          <w:tcPr>
            <w:tcW w:type="dxa" w:w="6576"/>
          </w:tcPr>
          <w:p/>
        </w:tc>
        <w:tc>
          <w:tcPr>
            <w:tcW w:type="dxa" w:w="1587"/>
          </w:tcPr>
          <w:p/>
        </w:tc>
      </w:tr>
    </w:tbl>
    <w:p>
      <w:pPr>
        <w:pStyle w:val="Heading1"/>
      </w:pPr>
      <w:r>
        <w:t>Nächste Sitzung</w:t>
      </w:r>
    </w:p>
    <w:tbl>
      <w:tblPr>
        <w:tblW w:w="9751" w:type="dxa"/>
        <w:tblBorders>
          <w:top w:val="single" w:sz="4" w:space="0" w:color="C3C8C9"/>
          <w:left w:val="single" w:sz="4" w:space="0" w:color="C3C8C9"/>
          <w:bottom w:val="single" w:sz="4" w:space="0" w:color="C3C8C9"/>
          <w:right w:val="single" w:sz="4" w:space="0" w:color="C3C8C9"/>
          <w:insideH w:val="single" w:sz="4" w:space="0" w:color="C3C8C9"/>
          <w:insideV w:val="single" w:sz="4" w:space="0" w:color="C3C8C9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2040"/>
        <w:gridCol w:w="7710"/>
      </w:tblGrid>
      <w:tr>
        <w:trPr>
          <w:trHeight w:val="368" w:hRule="atLeast"/>
          <w:cantSplit/>
        </w:trPr>
        <w:tc>
          <w:tcPr>
            <w:tcW w:type="dxa" w:w="2041"/>
            <w:shd w:val="clear" w:color="auto" w:fill="E8EBEB"/>
            <w:vAlign w:val="center"/>
          </w:tcPr>
          <w:p>
            <w:pPr>
              <w:keepNext/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Datum, Zeit</w:t>
            </w:r>
          </w:p>
        </w:tc>
        <w:tc>
          <w:tcPr>
            <w:tcW w:type="dxa" w:w="7710"/>
          </w:tcPr>
          <w:p>
            <w:pPr>
              <w:keepNext/>
            </w:pPr>
          </w:p>
        </w:tc>
      </w:tr>
      <w:tr>
        <w:trPr>
          <w:trHeight w:val="368" w:hRule="atLeast"/>
          <w:cantSplit/>
        </w:trPr>
        <w:tc>
          <w:tcPr>
            <w:tcW w:type="dxa" w:w="2041"/>
            <w:shd w:val="clear" w:color="auto" w:fill="E8EBEB"/>
            <w:vAlign w:val="center"/>
          </w:tcPr>
          <w:p>
            <w:pPr>
              <w:keepNext/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Ort</w:t>
            </w:r>
          </w:p>
        </w:tc>
        <w:tc>
          <w:tcPr>
            <w:tcW w:type="dxa" w:w="7710"/>
          </w:tcPr>
          <w:p>
            <w:pPr>
              <w:keepNext/>
            </w:pPr>
          </w:p>
        </w:tc>
      </w:tr>
      <w:tr>
        <w:trPr>
          <w:trHeight w:val="368" w:hRule="atLeast"/>
          <w:cantSplit/>
        </w:trPr>
        <w:tc>
          <w:tcPr>
            <w:tcW w:type="dxa" w:w="2041"/>
            <w:shd w:val="clear" w:color="auto" w:fill="E8EBEB"/>
            <w:vAlign w:val="center"/>
          </w:tcPr>
          <w:p>
            <w:pPr>
              <w:keepNext/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Teilnehmende</w:t>
            </w:r>
          </w:p>
        </w:tc>
        <w:tc>
          <w:tcPr>
            <w:tcW w:type="dxa" w:w="7710"/>
          </w:tcPr>
          <w:p>
            <w:pPr>
              <w:keepNext/>
            </w:pPr>
          </w:p>
        </w:tc>
      </w:tr>
      <w:tr>
        <w:trPr>
          <w:trHeight w:val="368" w:hRule="atLeast"/>
          <w:cantSplit/>
        </w:trPr>
        <w:tc>
          <w:tcPr>
            <w:tcW w:type="dxa" w:w="2041"/>
            <w:shd w:val="clear" w:color="auto" w:fill="E8EBEB"/>
            <w:vAlign w:val="center"/>
          </w:tcPr>
          <w:p>
            <w:pPr>
              <w:keepNext/>
              <w:spacing w:before="0" w:after="0"/>
            </w:pPr>
            <w:r>
              <w:rPr>
                <w:b/>
                <w:i w:val="0"/>
                <w:color w:val="16191A"/>
                <w:sz w:val="18"/>
              </w:rPr>
              <w:t>Bitte mitbringen</w:t>
            </w:r>
          </w:p>
        </w:tc>
        <w:tc>
          <w:tcPr>
            <w:tcW w:type="dxa" w:w="7710"/>
          </w:tcPr>
          <w:p>
            <w:pPr>
              <w:keepNext/>
            </w:pPr>
          </w:p>
        </w:tc>
      </w:tr>
    </w:tbl>
    <w:p>
      <w:pPr>
        <w:pStyle w:val="Heading1"/>
        <w:keepNext/>
      </w:pPr>
      <w:r>
        <w:t>Genehmigung</w:t>
      </w:r>
    </w:p>
    <w:p>
      <w:pPr>
        <w:keepNext/>
      </w:pPr>
      <w:r>
        <w:t>Einwände oder Ergänzungen zu diesem Protokoll bitte bis [Datum] schriftlich an [Name, E-Mail]. Ohne Einwände gilt das Protokoll als genehmigt.</w:t>
      </w:r>
    </w:p>
    <w:p>
      <w:pPr>
        <w:keepNext/>
      </w:pPr>
      <w:r>
        <w:t>Beilagen: [z. B. Pendenzenliste, Bauprogramm, Planliste]</w:t>
      </w:r>
    </w:p>
    <w:p>
      <w:pPr>
        <w:keepNext/>
        <w:spacing w:after="80"/>
      </w:pPr>
      <w:r>
        <w:t>Verteiler: gemäss Teilnehmerliste</w:t>
      </w:r>
    </w:p>
    <w:tbl>
      <w:tblPr>
        <w:tblW w:w="975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3401"/>
        <w:gridCol w:w="3174"/>
        <w:gridCol w:w="3174"/>
      </w:tblGrid>
      <w:tr>
        <w:trPr>
          <w:trHeight w:val="566" w:hRule="atLeast"/>
          <w:cantSplit/>
        </w:trPr>
        <w:tc>
          <w:tcPr>
            <w:tcW w:type="dxa" w:w="3402"/>
            <w:tcBorders>
              <w:bottom w:val="single" w:sz="6" w:space="0" w:color="16191A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type="dxa" w:w="3175"/>
            <w:tcBorders>
              <w:bottom w:val="single" w:sz="6" w:space="0" w:color="16191A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type="dxa" w:w="3175"/>
            <w:tcBorders>
              <w:bottom w:val="single" w:sz="6" w:space="0" w:color="16191A"/>
            </w:tcBorders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type="dxa" w:w="3402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B6163"/>
                <w:sz w:val="15"/>
              </w:rPr>
              <w:t>Ort, Datum</w:t>
            </w:r>
          </w:p>
        </w:tc>
        <w:tc>
          <w:tcPr>
            <w:tcW w:type="dxa" w:w="3175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B6163"/>
                <w:sz w:val="15"/>
              </w:rPr>
              <w:t>Protokoll: Name</w:t>
            </w:r>
          </w:p>
        </w:tc>
        <w:tc>
          <w:tcPr>
            <w:tcW w:type="dxa" w:w="3175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B6163"/>
                <w:sz w:val="15"/>
              </w:rPr>
              <w:t>Visum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247" w:right="1020" w:bottom="1020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163"/>
        <w:sz w:val="15"/>
      </w:rPr>
      <w:t xml:space="preserve">Protokoll Bausitzung Nr. [ ]   ·   Seite </w:t>
    </w:r>
    <w:r>
      <w:rPr>
        <w:color w:val="5B6163"/>
        <w:sz w:val="15"/>
      </w:rPr>
      <w:fldChar w:fldCharType="begin"/>
    </w:r>
    <w:r>
      <w:rPr>
        <w:color w:val="5B6163"/>
        <w:sz w:val="15"/>
      </w:rPr>
      <w:instrText xml:space="preserve"> PAGE </w:instrText>
    </w:r>
    <w:r>
      <w:rPr>
        <w:color w:val="5B6163"/>
        <w:sz w:val="15"/>
      </w:rPr>
      <w:fldChar w:fldCharType="separate"/>
    </w:r>
    <w:r>
      <w:rPr>
        <w:color w:val="5B6163"/>
        <w:sz w:val="15"/>
      </w:rPr>
      <w:t>1</w:t>
    </w:r>
    <w:r>
      <w:rPr>
        <w:color w:val="5B6163"/>
        <w:sz w:val="15"/>
      </w:rPr>
      <w:fldChar w:fldCharType="end"/>
    </w:r>
    <w:r>
      <w:rPr>
        <w:color w:val="5B6163"/>
        <w:sz w:val="15"/>
      </w:rPr>
      <w:t xml:space="preserve"> von </w:t>
    </w:r>
    <w:r>
      <w:rPr>
        <w:color w:val="5B6163"/>
        <w:sz w:val="15"/>
      </w:rPr>
      <w:fldChar w:fldCharType="begin"/>
    </w:r>
    <w:r>
      <w:rPr>
        <w:color w:val="5B6163"/>
        <w:sz w:val="15"/>
      </w:rPr>
      <w:instrText xml:space="preserve"> NUMPAGES </w:instrText>
    </w:r>
    <w:r>
      <w:rPr>
        <w:color w:val="5B6163"/>
        <w:sz w:val="15"/>
      </w:rPr>
      <w:fldChar w:fldCharType="separate"/>
    </w:r>
    <w:r>
      <w:rPr>
        <w:color w:val="5B6163"/>
        <w:sz w:val="15"/>
      </w:rPr>
      <w:t>1</w:t>
    </w:r>
    <w:r>
      <w:rPr>
        <w:color w:val="5B6163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color w:val="5B6163"/>
        <w:sz w:val="14"/>
      </w:rPr>
      <w:t>Vorlage von FrontierX für Architekten – architekten.frontierx.ch · Stand 28.09.2026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60" w:line="264" w:lineRule="auto"/>
    </w:pPr>
    <w:rPr>
      <w:rFonts w:ascii="Arial" w:hAnsi="Arial" w:cs="Arial" w:eastAsia="Arial"/>
      <w:b w:val="0"/>
      <w:i w:val="0"/>
      <w:color w:val="16191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 w:line="264" w:lineRule="auto"/>
      <w:outlineLvl w:val="0"/>
    </w:pPr>
    <w:rPr>
      <w:rFonts w:ascii="Arial" w:hAnsi="Arial" w:cs="Arial" w:eastAsia="Arial"/>
      <w:b/>
      <w:bCs/>
      <w:i w:val="0"/>
      <w:color w:val="16191A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 w:line="264" w:lineRule="auto"/>
      <w:outlineLvl w:val="1"/>
    </w:pPr>
    <w:rPr>
      <w:rFonts w:ascii="Arial" w:hAnsi="Arial" w:cs="Arial" w:eastAsia="Arial"/>
      <w:b/>
      <w:bCs/>
      <w:i w:val="0"/>
      <w:color w:val="16191A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64" w:lineRule="auto" w:before="0"/>
      <w:contextualSpacing/>
    </w:pPr>
    <w:rPr>
      <w:rFonts w:ascii="Arial" w:hAnsi="Arial" w:cs="Arial" w:eastAsia="Arial"/>
      <w:b/>
      <w:i w:val="0"/>
      <w:color w:val="16191A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Bausitzungsprotokoll – Vorlage</dc:title>
  <dc:subject>Protokoll einer Bausitzung mit Traktanden, Entscheiden, Pendenzen und Terminen</dc:subject>
  <dc:creator>FrontierX für Architekten (TYTOS GmbH, Kriens)</dc:creator>
  <cp:keywords>Bausitzung, Protokoll, Pendenzenliste, Vorlage, Architekturbüro, Schweiz</cp:keywords>
  <dc:description>Vorlage von FrontierX für Architekten – architekten.frontierx.ch · Stand 28.09.2026</dc:description>
  <cp:lastModifiedBy>FrontierX für Architekten (TYTOS GmbH, Kriens)</cp:lastModifiedBy>
  <cp:revision>1</cp:revision>
  <dcterms:created xsi:type="dcterms:W3CDTF">2026-09-28T08:00:00Z</dcterms:created>
  <dcterms:modified xsi:type="dcterms:W3CDTF">2026-09-28T08:00:00Z</dcterms:modified>
  <cp:category/>
  <dc:language>de-CH</dc:language>
</cp:coreProperties>
</file>